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C14D3" w14:textId="77777777" w:rsidR="00F00514" w:rsidRDefault="00CA1466">
      <w:r>
        <w:rPr>
          <w:noProof/>
        </w:rPr>
        <w:drawing>
          <wp:inline distT="0" distB="0" distL="0" distR="0" wp14:anchorId="1BBCD338" wp14:editId="35FFCC15">
            <wp:extent cx="2743200" cy="11637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 design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163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7CE1A" w14:textId="77777777" w:rsidR="00F00514" w:rsidRDefault="00CA1466">
      <w:pPr>
        <w:pStyle w:val="Heading1"/>
      </w:pPr>
      <w:r>
        <w:t>MEDSCHOOLENTRY</w:t>
      </w:r>
      <w:r>
        <w:br/>
        <w:t>ESSAY COMPETITION</w:t>
      </w:r>
      <w:r>
        <w:br/>
        <w:t>STUDENT SUBMISSION FORM</w:t>
      </w:r>
    </w:p>
    <w:p w14:paraId="6ADA810D" w14:textId="77777777" w:rsidR="00F00514" w:rsidRDefault="00CA1466">
      <w:r>
        <w:t>For Aspiring Medical &amp; Dental Students</w:t>
      </w:r>
    </w:p>
    <w:p w14:paraId="5B95C61C" w14:textId="77777777" w:rsidR="00F00514" w:rsidRDefault="00CA1466">
      <w:pPr>
        <w:pStyle w:val="Heading2"/>
      </w:pPr>
      <w:r>
        <w:t>STUDENT DETAILS</w:t>
      </w:r>
    </w:p>
    <w:p w14:paraId="1BDDF9B7" w14:textId="1E5F90E8" w:rsidR="00F00514" w:rsidRDefault="00CA1466">
      <w:r>
        <w:br/>
        <w:t>Full Name:</w:t>
      </w:r>
      <w:r>
        <w:br/>
        <w:t>Date of Birth:</w:t>
      </w:r>
      <w:r>
        <w:br/>
        <w:t>Email Address:</w:t>
      </w:r>
      <w:r>
        <w:br/>
        <w:t>School / College:</w:t>
      </w:r>
      <w:r>
        <w:br/>
        <w:t>Applying for:  Medicine ☐   Dentistry ☐</w:t>
      </w:r>
      <w:r>
        <w:br/>
        <w:t>UCAS Cycle (</w:t>
      </w:r>
      <w:r w:rsidR="00DF7290">
        <w:t>e.g.,</w:t>
      </w:r>
      <w:r>
        <w:t xml:space="preserve"> 2026 entry):</w:t>
      </w:r>
      <w:r>
        <w:br/>
      </w:r>
    </w:p>
    <w:p w14:paraId="2DC19748" w14:textId="77777777" w:rsidR="00F00514" w:rsidRDefault="00CA1466">
      <w:pPr>
        <w:pStyle w:val="Heading2"/>
      </w:pPr>
      <w:r>
        <w:t>ESSAY TITLE (tick one)</w:t>
      </w:r>
    </w:p>
    <w:p w14:paraId="6B6472ED" w14:textId="77777777" w:rsidR="00823558" w:rsidRPr="009524B7" w:rsidRDefault="00CA1466">
      <w:pPr>
        <w:rPr>
          <w:b/>
          <w:bCs/>
        </w:rPr>
      </w:pPr>
      <w:r w:rsidRPr="009524B7">
        <w:rPr>
          <w:b/>
          <w:bCs/>
        </w:rPr>
        <w:br/>
        <w:t>☐ Prevention Is Better Than Cure: How Can Medicine and Dentistry Reduce Health Inequalities</w:t>
      </w:r>
    </w:p>
    <w:p w14:paraId="3F8BB59D" w14:textId="63AC7DD6" w:rsidR="00EF018F" w:rsidRPr="009524B7" w:rsidRDefault="00CA1466">
      <w:pPr>
        <w:rPr>
          <w:b/>
          <w:bCs/>
        </w:rPr>
      </w:pPr>
      <w:r w:rsidRPr="009524B7">
        <w:rPr>
          <w:b/>
          <w:bCs/>
        </w:rPr>
        <w:t>☐ Artificial Intelligence in Healthcare: Tool, Threat, or Transformation</w:t>
      </w:r>
      <w:r w:rsidR="00EF018F" w:rsidRPr="009524B7">
        <w:rPr>
          <w:b/>
          <w:bCs/>
        </w:rPr>
        <w:t xml:space="preserve">? </w:t>
      </w:r>
    </w:p>
    <w:p w14:paraId="76D568AA" w14:textId="77D19D47" w:rsidR="00F00514" w:rsidRPr="009524B7" w:rsidRDefault="00CA1466">
      <w:pPr>
        <w:rPr>
          <w:b/>
          <w:bCs/>
        </w:rPr>
      </w:pPr>
      <w:r w:rsidRPr="009524B7">
        <w:rPr>
          <w:b/>
          <w:bCs/>
        </w:rPr>
        <w:t>☐ Autonomy vs Beneficence: Should Doctors and Dentists Ever Override Patient Choice?</w:t>
      </w:r>
      <w:r w:rsidRPr="009524B7">
        <w:rPr>
          <w:b/>
          <w:bCs/>
        </w:rPr>
        <w:br/>
      </w:r>
    </w:p>
    <w:p w14:paraId="741D34D8" w14:textId="77777777" w:rsidR="00F00514" w:rsidRDefault="00CA1466">
      <w:pPr>
        <w:pStyle w:val="Heading2"/>
      </w:pPr>
      <w:r>
        <w:t>ESSAY SUBMISSION</w:t>
      </w:r>
    </w:p>
    <w:p w14:paraId="2D35E165" w14:textId="3DB1956A" w:rsidR="00B06BDB" w:rsidRDefault="00CA1466">
      <w:r>
        <w:br/>
        <w:t xml:space="preserve">Please </w:t>
      </w:r>
      <w:r w:rsidR="00AC65D8">
        <w:t xml:space="preserve">send your </w:t>
      </w:r>
      <w:r>
        <w:t>essay</w:t>
      </w:r>
      <w:r w:rsidR="00611AB4">
        <w:t xml:space="preserve"> and this completed form with the </w:t>
      </w:r>
      <w:r w:rsidR="007348C8">
        <w:t>Subject heading -ESSAY COMPETITION 2026</w:t>
      </w:r>
      <w:r w:rsidR="000A2926">
        <w:t xml:space="preserve"> to </w:t>
      </w:r>
      <w:r w:rsidR="00B06BDB">
        <w:t xml:space="preserve"> </w:t>
      </w:r>
      <w:hyperlink r:id="rId7" w:history="1">
        <w:r w:rsidR="00B06BDB" w:rsidRPr="00B15149">
          <w:rPr>
            <w:rStyle w:val="Hyperlink"/>
          </w:rPr>
          <w:t>info@medschoolentry.uk</w:t>
        </w:r>
      </w:hyperlink>
    </w:p>
    <w:p w14:paraId="1F8142AC" w14:textId="31748CE3" w:rsidR="00F00514" w:rsidRDefault="001947DA">
      <w:r>
        <w:t>Maximum</w:t>
      </w:r>
      <w:r w:rsidR="00CA1466">
        <w:t xml:space="preserve"> length: 4,000 characters  </w:t>
      </w:r>
      <w:r w:rsidR="00CA1466">
        <w:br/>
        <w:t xml:space="preserve">Standard academic referencing </w:t>
      </w:r>
      <w:bookmarkStart w:id="0" w:name="_Int_NIRA04Fp"/>
      <w:r w:rsidR="00CA1466">
        <w:t>required</w:t>
      </w:r>
      <w:bookmarkEnd w:id="0"/>
      <w:r w:rsidR="00CA1466">
        <w:t xml:space="preserve"> (Harvard or Vancouver)</w:t>
      </w:r>
      <w:r w:rsidR="00CA1466">
        <w:br/>
      </w:r>
    </w:p>
    <w:p w14:paraId="3CE7923B" w14:textId="77777777" w:rsidR="00F00514" w:rsidRDefault="00CA1466">
      <w:pPr>
        <w:pStyle w:val="Heading2"/>
      </w:pPr>
      <w:r>
        <w:lastRenderedPageBreak/>
        <w:t>WHY THIS MATTERS</w:t>
      </w:r>
    </w:p>
    <w:p w14:paraId="1AE1C1CB" w14:textId="77777777" w:rsidR="00F00514" w:rsidRDefault="00CA1466">
      <w:r>
        <w:br/>
        <w:t xml:space="preserve">This essay may </w:t>
      </w:r>
      <w:bookmarkStart w:id="1" w:name="_Int_GhAZqGVV"/>
      <w:r>
        <w:t>be referenced</w:t>
      </w:r>
      <w:bookmarkEnd w:id="1"/>
      <w:r>
        <w:t xml:space="preserve"> in your </w:t>
      </w:r>
      <w:r w:rsidRPr="00B07107">
        <w:rPr>
          <w:b/>
          <w:bCs/>
        </w:rPr>
        <w:t>UCAS personal statement</w:t>
      </w:r>
      <w:r>
        <w:t xml:space="preserve"> and discussed at </w:t>
      </w:r>
      <w:r w:rsidRPr="00B07107">
        <w:rPr>
          <w:b/>
          <w:bCs/>
        </w:rPr>
        <w:t>interview</w:t>
      </w:r>
      <w:r>
        <w:t xml:space="preserve"> as an independent mini research project, regardless of whether you win the competition.</w:t>
      </w:r>
      <w:r>
        <w:br/>
      </w:r>
    </w:p>
    <w:p w14:paraId="61D452D9" w14:textId="77777777" w:rsidR="00F00514" w:rsidRDefault="00CA1466">
      <w:pPr>
        <w:pStyle w:val="Heading2"/>
      </w:pPr>
      <w:r>
        <w:t>PRIZES</w:t>
      </w:r>
    </w:p>
    <w:p w14:paraId="297B4153" w14:textId="42A7ABFA" w:rsidR="00F00514" w:rsidRDefault="00CA1466">
      <w:r>
        <w:br/>
      </w:r>
      <w:r w:rsidRPr="00DF7290">
        <w:rPr>
          <w:b/>
          <w:bCs/>
        </w:rPr>
        <w:t>1st Prize</w:t>
      </w:r>
      <w:r>
        <w:t xml:space="preserve">  </w:t>
      </w:r>
      <w:r>
        <w:br/>
        <w:t xml:space="preserve">A FREE place on Dr Khan’s ULTIMATE 12‑Week Medical &amp; Dental Interview Course  </w:t>
      </w:r>
      <w:r>
        <w:br/>
        <w:t>Worth £</w:t>
      </w:r>
      <w:bookmarkStart w:id="2" w:name="_Int_hRBGpu1t"/>
      <w:r>
        <w:t>750</w:t>
      </w:r>
      <w:r>
        <w:br/>
      </w:r>
      <w:r>
        <w:br/>
      </w:r>
      <w:r w:rsidRPr="00DF7290">
        <w:rPr>
          <w:b/>
          <w:bCs/>
        </w:rPr>
        <w:t>2</w:t>
      </w:r>
      <w:bookmarkEnd w:id="2"/>
      <w:r w:rsidRPr="00DF7290">
        <w:rPr>
          <w:b/>
          <w:bCs/>
        </w:rPr>
        <w:t>nd Prize</w:t>
      </w:r>
      <w:r>
        <w:t xml:space="preserve">  </w:t>
      </w:r>
      <w:r>
        <w:br/>
        <w:t xml:space="preserve">A FREE place on our 8‑Week UCAT Course  </w:t>
      </w:r>
      <w:r>
        <w:br/>
        <w:t xml:space="preserve">Worth £640  </w:t>
      </w:r>
      <w:r>
        <w:br/>
        <w:t xml:space="preserve">Led by some of the highest‑scoring UCAT candidates in the </w:t>
      </w:r>
      <w:r w:rsidR="0056083A">
        <w:t>UK/ Australia</w:t>
      </w:r>
      <w:bookmarkStart w:id="3" w:name="_Int_hbwPcfwy"/>
      <w:r w:rsidR="0056083A">
        <w:t>.</w:t>
      </w:r>
      <w:r>
        <w:br/>
      </w:r>
      <w:r>
        <w:br/>
      </w:r>
      <w:bookmarkEnd w:id="3"/>
      <w:r w:rsidRPr="00DF7290">
        <w:rPr>
          <w:b/>
          <w:bCs/>
        </w:rPr>
        <w:t>3rd Prize</w:t>
      </w:r>
      <w:r>
        <w:t xml:space="preserve">  </w:t>
      </w:r>
      <w:r>
        <w:br/>
        <w:t xml:space="preserve">Complete Personal Statement Package  </w:t>
      </w:r>
      <w:r>
        <w:br/>
        <w:t>Top‑tier service worth £350</w:t>
      </w:r>
      <w:r>
        <w:br/>
      </w:r>
    </w:p>
    <w:p w14:paraId="7885D59B" w14:textId="77777777" w:rsidR="00F00514" w:rsidRPr="00B07107" w:rsidRDefault="00CA1466">
      <w:pPr>
        <w:pStyle w:val="Heading2"/>
      </w:pPr>
      <w:r w:rsidRPr="00B07107">
        <w:t>ACADEMIC INTEGRITY DECLARATION</w:t>
      </w:r>
    </w:p>
    <w:p w14:paraId="77D4DB29" w14:textId="77777777" w:rsidR="00B07107" w:rsidRDefault="00CA1466">
      <w:r>
        <w:br/>
        <w:t xml:space="preserve">By </w:t>
      </w:r>
      <w:bookmarkStart w:id="4" w:name="_Int_U16W2shl"/>
      <w:r>
        <w:t>submitting</w:t>
      </w:r>
      <w:bookmarkEnd w:id="4"/>
      <w:r>
        <w:t xml:space="preserve"> this essay, I confirm that:</w:t>
      </w:r>
      <w:r>
        <w:br/>
      </w:r>
      <w:r>
        <w:br/>
        <w:t xml:space="preserve">• </w:t>
      </w:r>
      <w:bookmarkStart w:id="5" w:name="_Int_PlgAQC8l"/>
      <w:r>
        <w:t>This work was NOT generated by AI</w:t>
      </w:r>
      <w:bookmarkEnd w:id="5"/>
      <w:r>
        <w:t xml:space="preserve">  </w:t>
      </w:r>
      <w:r>
        <w:br/>
        <w:t xml:space="preserve">• No external support (paid or unpaid) </w:t>
      </w:r>
      <w:bookmarkStart w:id="6" w:name="_Int_VV8MsmNZ"/>
      <w:r>
        <w:t>was used</w:t>
      </w:r>
      <w:bookmarkEnd w:id="6"/>
      <w:r>
        <w:t xml:space="preserve">  </w:t>
      </w:r>
      <w:r>
        <w:br/>
        <w:t xml:space="preserve">• This is entirely my own original work  </w:t>
      </w:r>
      <w:r>
        <w:br/>
        <w:t xml:space="preserve">• All sources have </w:t>
      </w:r>
      <w:bookmarkStart w:id="7" w:name="_Int_opYBv5da"/>
      <w:r>
        <w:t xml:space="preserve">been clearly and accurately </w:t>
      </w:r>
      <w:r w:rsidR="00B07107">
        <w:t>referenced</w:t>
      </w:r>
      <w:bookmarkEnd w:id="7"/>
      <w:r w:rsidR="00B07107">
        <w:t xml:space="preserve"> </w:t>
      </w:r>
    </w:p>
    <w:p w14:paraId="3B81D22A" w14:textId="77777777" w:rsidR="00DE7381" w:rsidRDefault="00DE7381"/>
    <w:p w14:paraId="303279AC" w14:textId="7218C671" w:rsidR="00F00514" w:rsidRDefault="00B07107">
      <w:r>
        <w:t>Student</w:t>
      </w:r>
      <w:r w:rsidR="00CA1466">
        <w:t xml:space="preserve"> Signature:</w:t>
      </w:r>
      <w:r w:rsidR="00CA1466">
        <w:br/>
        <w:t>Date:</w:t>
      </w:r>
      <w:r w:rsidR="00CA1466">
        <w:br/>
      </w:r>
    </w:p>
    <w:p w14:paraId="1B727F86" w14:textId="77777777" w:rsidR="00F00514" w:rsidRDefault="00CA1466">
      <w:pPr>
        <w:pStyle w:val="Heading2"/>
      </w:pPr>
      <w:r>
        <w:t>JUDGING PANEL</w:t>
      </w:r>
    </w:p>
    <w:p w14:paraId="1EFA5C87" w14:textId="77777777" w:rsidR="00AF2911" w:rsidRDefault="00CA1466">
      <w:r>
        <w:br/>
      </w:r>
      <w:r w:rsidRPr="003255AE">
        <w:rPr>
          <w:b/>
          <w:bCs/>
        </w:rPr>
        <w:t>Dr Rizvia Khan</w:t>
      </w:r>
      <w:r>
        <w:t xml:space="preserve"> </w:t>
      </w:r>
    </w:p>
    <w:p w14:paraId="28E04FD9" w14:textId="77777777" w:rsidR="00AF2911" w:rsidRDefault="008229E2">
      <w:r>
        <w:t>BSc (</w:t>
      </w:r>
      <w:r w:rsidR="006375AE">
        <w:t>Hons) MBChB FRCGP DFFP (O8) PGCert (TIPC)</w:t>
      </w:r>
      <w:r w:rsidR="00AD1CF5">
        <w:t xml:space="preserve"> MRCPath (ME) M</w:t>
      </w:r>
      <w:r>
        <w:t>FMLM</w:t>
      </w:r>
      <w:r w:rsidR="00CA1466">
        <w:br/>
        <w:t xml:space="preserve">GP, Senior </w:t>
      </w:r>
      <w:r w:rsidR="00AD1CF5">
        <w:t xml:space="preserve">NHSE </w:t>
      </w:r>
      <w:r w:rsidR="00CA1466">
        <w:t xml:space="preserve">Leader and Lead Appraiser for London  </w:t>
      </w:r>
      <w:r w:rsidR="00CA1466">
        <w:br/>
      </w:r>
      <w:r w:rsidR="00CA1466">
        <w:lastRenderedPageBreak/>
        <w:t xml:space="preserve">Adjudicator of last year’s </w:t>
      </w:r>
      <w:bookmarkStart w:id="8" w:name="_Int_D1dug7Vq"/>
      <w:r w:rsidR="00CA1466">
        <w:t>submissions</w:t>
      </w:r>
      <w:r w:rsidR="00CA1466">
        <w:br/>
      </w:r>
      <w:r w:rsidR="00CA1466">
        <w:br/>
      </w:r>
      <w:r w:rsidR="00CA1466" w:rsidRPr="00870DF7">
        <w:rPr>
          <w:b/>
          <w:bCs/>
        </w:rPr>
        <w:t>Dr</w:t>
      </w:r>
      <w:bookmarkEnd w:id="8"/>
      <w:r w:rsidR="00CA1466" w:rsidRPr="00870DF7">
        <w:rPr>
          <w:b/>
          <w:bCs/>
        </w:rPr>
        <w:t xml:space="preserve"> Samia Khan</w:t>
      </w:r>
      <w:r w:rsidR="00CA1466">
        <w:t xml:space="preserve"> </w:t>
      </w:r>
    </w:p>
    <w:p w14:paraId="1292E876" w14:textId="4FC411FC" w:rsidR="00F00514" w:rsidRDefault="00CA1466">
      <w:r>
        <w:t xml:space="preserve">BDS </w:t>
      </w:r>
      <w:r w:rsidR="00C034A9">
        <w:t>PGCert</w:t>
      </w:r>
      <w:r w:rsidR="00870DF7">
        <w:t xml:space="preserve"> Operative and Aesthetic </w:t>
      </w:r>
      <w:r w:rsidR="00533FAC">
        <w:t>Practic</w:t>
      </w:r>
      <w:r w:rsidR="009C7450">
        <w:t>e</w:t>
      </w:r>
      <w:r w:rsidR="009F0A08">
        <w:t xml:space="preserve">. </w:t>
      </w:r>
      <w:r w:rsidR="007A6809">
        <w:t xml:space="preserve"> </w:t>
      </w:r>
      <w:r w:rsidR="00533FAC">
        <w:t>Lead</w:t>
      </w:r>
      <w:r>
        <w:t xml:space="preserve"> Dental Principal</w:t>
      </w:r>
      <w:r>
        <w:br/>
      </w:r>
    </w:p>
    <w:p w14:paraId="16EF70FA" w14:textId="7ACDEE86" w:rsidR="008726CC" w:rsidRPr="009C7450" w:rsidRDefault="00CA1466">
      <w:pPr>
        <w:rPr>
          <w:b/>
          <w:bCs/>
          <w:color w:val="1F497D" w:themeColor="text2"/>
        </w:rPr>
      </w:pPr>
      <w:r w:rsidRPr="009C7450">
        <w:rPr>
          <w:b/>
          <w:bCs/>
          <w:color w:val="1F497D" w:themeColor="text2"/>
        </w:rPr>
        <w:t xml:space="preserve">MEDSCHOOLENTRY </w:t>
      </w:r>
    </w:p>
    <w:p w14:paraId="28ECB3DC" w14:textId="164CAF58" w:rsidR="00F00514" w:rsidRPr="009C7450" w:rsidRDefault="00CA1466">
      <w:pPr>
        <w:rPr>
          <w:b/>
          <w:bCs/>
          <w:color w:val="1F497D" w:themeColor="text2"/>
        </w:rPr>
      </w:pPr>
      <w:r w:rsidRPr="009C7450">
        <w:rPr>
          <w:b/>
          <w:bCs/>
          <w:color w:val="1F497D" w:themeColor="text2"/>
        </w:rPr>
        <w:t xml:space="preserve"> Consultant‑led. Trusted by Doctors. Proven by Students.</w:t>
      </w:r>
    </w:p>
    <w:sectPr w:rsidR="00F00514" w:rsidRPr="009C745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D1dug7Vq" int2:invalidationBookmarkName="" int2:hashCode="E3AWon9oeBZhlZ" int2:id="2CE2roc1">
      <int2:state int2:value="Rejected" int2:type="gram"/>
    </int2:bookmark>
    <int2:bookmark int2:bookmarkName="_Int_NIRA04Fp" int2:invalidationBookmarkName="" int2:hashCode="GnfUFiJMu+d6Q5" int2:id="tepHaLFP">
      <int2:state int2:value="Rejected" int2:type="style"/>
    </int2:bookmark>
    <int2:bookmark int2:bookmarkName="_Int_GhAZqGVV" int2:invalidationBookmarkName="" int2:hashCode="cf+ivT09tD89n5" int2:id="b2dcPzSk">
      <int2:state int2:value="Rejected" int2:type="style"/>
    </int2:bookmark>
    <int2:bookmark int2:bookmarkName="_Int_hRBGpu1t" int2:invalidationBookmarkName="" int2:hashCode="WS1wkC7m+o132P" int2:id="TT29FSRb">
      <int2:state int2:value="Rejected" int2:type="gram"/>
    </int2:bookmark>
    <int2:bookmark int2:bookmarkName="_Int_hbwPcfwy" int2:invalidationBookmarkName="" int2:hashCode="TiXcGaTKixqbeE" int2:id="jR48JIF9">
      <int2:state int2:value="Rejected" int2:type="style"/>
    </int2:bookmark>
    <int2:bookmark int2:bookmarkName="_Int_U16W2shl" int2:invalidationBookmarkName="" int2:hashCode="juDbr/8ZeoU5TE" int2:id="k8AqhFtB">
      <int2:state int2:value="Rejected" int2:type="style"/>
    </int2:bookmark>
    <int2:bookmark int2:bookmarkName="_Int_PlgAQC8l" int2:invalidationBookmarkName="" int2:hashCode="Tl/stzrE3US8Qs" int2:id="u5fbz8ML">
      <int2:state int2:value="Rejected" int2:type="style"/>
    </int2:bookmark>
    <int2:bookmark int2:bookmarkName="_Int_VV8MsmNZ" int2:invalidationBookmarkName="" int2:hashCode="twyb7C76GKizJs" int2:id="2vJpGrBs">
      <int2:state int2:value="Rejected" int2:type="style"/>
    </int2:bookmark>
    <int2:bookmark int2:bookmarkName="_Int_opYBv5da" int2:invalidationBookmarkName="" int2:hashCode="/VoSaMyAU9S1ag" int2:id="1iXB31qf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17410230">
    <w:abstractNumId w:val="8"/>
  </w:num>
  <w:num w:numId="2" w16cid:durableId="1496216814">
    <w:abstractNumId w:val="6"/>
  </w:num>
  <w:num w:numId="3" w16cid:durableId="299775825">
    <w:abstractNumId w:val="5"/>
  </w:num>
  <w:num w:numId="4" w16cid:durableId="1732069677">
    <w:abstractNumId w:val="4"/>
  </w:num>
  <w:num w:numId="5" w16cid:durableId="1391614657">
    <w:abstractNumId w:val="7"/>
  </w:num>
  <w:num w:numId="6" w16cid:durableId="1490712398">
    <w:abstractNumId w:val="3"/>
  </w:num>
  <w:num w:numId="7" w16cid:durableId="2004821890">
    <w:abstractNumId w:val="2"/>
  </w:num>
  <w:num w:numId="8" w16cid:durableId="657999563">
    <w:abstractNumId w:val="1"/>
  </w:num>
  <w:num w:numId="9" w16cid:durableId="818493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revisionView w:inkAnnotations="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3BA1"/>
    <w:rsid w:val="00034616"/>
    <w:rsid w:val="0006063C"/>
    <w:rsid w:val="000A2926"/>
    <w:rsid w:val="000D7014"/>
    <w:rsid w:val="0015074B"/>
    <w:rsid w:val="001947DA"/>
    <w:rsid w:val="0029639D"/>
    <w:rsid w:val="003255AE"/>
    <w:rsid w:val="00326F90"/>
    <w:rsid w:val="00533FAC"/>
    <w:rsid w:val="0056083A"/>
    <w:rsid w:val="00611AB4"/>
    <w:rsid w:val="006329BE"/>
    <w:rsid w:val="006375AE"/>
    <w:rsid w:val="007348C8"/>
    <w:rsid w:val="007A6809"/>
    <w:rsid w:val="008229E2"/>
    <w:rsid w:val="00823558"/>
    <w:rsid w:val="00870DF7"/>
    <w:rsid w:val="008726CC"/>
    <w:rsid w:val="009524B7"/>
    <w:rsid w:val="009C7450"/>
    <w:rsid w:val="009F0A08"/>
    <w:rsid w:val="00AA1D8D"/>
    <w:rsid w:val="00AC65D8"/>
    <w:rsid w:val="00AD1CF5"/>
    <w:rsid w:val="00AF2911"/>
    <w:rsid w:val="00B06BDB"/>
    <w:rsid w:val="00B07107"/>
    <w:rsid w:val="00B44FE6"/>
    <w:rsid w:val="00B47730"/>
    <w:rsid w:val="00C034A9"/>
    <w:rsid w:val="00C42B34"/>
    <w:rsid w:val="00CA1466"/>
    <w:rsid w:val="00CB0664"/>
    <w:rsid w:val="00CC2A18"/>
    <w:rsid w:val="00DE7381"/>
    <w:rsid w:val="00DF7290"/>
    <w:rsid w:val="00E6792B"/>
    <w:rsid w:val="00EF018F"/>
    <w:rsid w:val="00F00514"/>
    <w:rsid w:val="00FC693F"/>
    <w:rsid w:val="00FF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5A7E75"/>
  <w14:defaultImageDpi w14:val="300"/>
  <w15:docId w15:val="{DAAC8F8C-DAD2-8B43-988D-33B4C7C63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B06BD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6B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nfo@medschoolentry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20/10/relationships/intelligence" Target="intelligence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Rizvia Khan</cp:lastModifiedBy>
  <cp:revision>2</cp:revision>
  <dcterms:created xsi:type="dcterms:W3CDTF">2025-12-20T08:33:00Z</dcterms:created>
  <dcterms:modified xsi:type="dcterms:W3CDTF">2025-12-20T08:33:00Z</dcterms:modified>
  <cp:category/>
</cp:coreProperties>
</file>